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D58DD8" w14:textId="77777777" w:rsidR="00484295" w:rsidRDefault="00000000">
      <w:pPr>
        <w:jc w:val="right"/>
        <w:rPr>
          <w:i/>
          <w:sz w:val="18"/>
        </w:rPr>
      </w:pPr>
      <w:r>
        <w:rPr>
          <w:i/>
          <w:sz w:val="18"/>
        </w:rPr>
        <w:t>Załącznik nr 1 do Standardów Ochrony Małoletnich</w:t>
      </w:r>
      <w:r>
        <w:rPr>
          <w:i/>
          <w:sz w:val="18"/>
        </w:rPr>
        <w:br/>
        <w:t xml:space="preserve">w </w:t>
      </w:r>
      <w:proofErr w:type="spellStart"/>
      <w:r>
        <w:rPr>
          <w:i/>
          <w:sz w:val="18"/>
        </w:rPr>
        <w:t>Żłobku</w:t>
      </w:r>
      <w:proofErr w:type="spellEnd"/>
      <w:r>
        <w:rPr>
          <w:i/>
          <w:sz w:val="18"/>
        </w:rPr>
        <w:t xml:space="preserve"> Słoneczko w Żychlinie</w:t>
      </w:r>
    </w:p>
    <w:p w14:paraId="2CA9B38C" w14:textId="77777777" w:rsidR="00646464" w:rsidRDefault="00646464">
      <w:pPr>
        <w:jc w:val="right"/>
        <w:rPr>
          <w:i/>
          <w:sz w:val="18"/>
        </w:rPr>
      </w:pPr>
    </w:p>
    <w:p w14:paraId="38A4BBC3" w14:textId="77777777" w:rsidR="00646464" w:rsidRDefault="00646464">
      <w:pPr>
        <w:jc w:val="right"/>
      </w:pPr>
    </w:p>
    <w:p w14:paraId="72232AAF" w14:textId="77777777" w:rsidR="00646464" w:rsidRDefault="00646464" w:rsidP="00646464">
      <w:pPr>
        <w:jc w:val="right"/>
      </w:pPr>
      <w:proofErr w:type="spellStart"/>
      <w:r>
        <w:t>Żychlin</w:t>
      </w:r>
      <w:proofErr w:type="spellEnd"/>
      <w:r>
        <w:t xml:space="preserve">, </w:t>
      </w:r>
      <w:proofErr w:type="spellStart"/>
      <w:r>
        <w:t>dnia</w:t>
      </w:r>
      <w:proofErr w:type="spellEnd"/>
      <w:r>
        <w:t xml:space="preserve"> ………………………………</w:t>
      </w:r>
    </w:p>
    <w:p w14:paraId="61721F2F" w14:textId="77777777" w:rsidR="00646464" w:rsidRDefault="00646464">
      <w:pPr>
        <w:jc w:val="right"/>
      </w:pPr>
    </w:p>
    <w:p w14:paraId="6AAF4925" w14:textId="77777777" w:rsidR="00484295" w:rsidRDefault="00000000">
      <w:pPr>
        <w:jc w:val="center"/>
        <w:rPr>
          <w:b/>
          <w:sz w:val="28"/>
        </w:rPr>
      </w:pPr>
      <w:r>
        <w:rPr>
          <w:b/>
          <w:sz w:val="28"/>
        </w:rPr>
        <w:t>OŚWIADCZENIE PERSONELU O ZAPOZNANIU SIĘ ZE STANDARDAMI</w:t>
      </w:r>
    </w:p>
    <w:p w14:paraId="517924CD" w14:textId="77777777" w:rsidR="00646464" w:rsidRDefault="00646464">
      <w:pPr>
        <w:jc w:val="center"/>
      </w:pPr>
    </w:p>
    <w:p w14:paraId="51BF2181" w14:textId="77777777" w:rsidR="00484295" w:rsidRDefault="00484295"/>
    <w:p w14:paraId="2C753D76" w14:textId="77777777" w:rsidR="00484295" w:rsidRDefault="00000000">
      <w:r>
        <w:t>Ja, niżej podpisana/y ........................................................................................................, oświadczam, że zapoznałam/em się ze Standardami Ochrony Małoletnich obowiązującymi w Żłobku Słoneczko w Żychlinie, rozumiem zawarte w nich zasady i zobowiązuję się do ich przestrzegania.</w:t>
      </w:r>
    </w:p>
    <w:p w14:paraId="28C3AB6A" w14:textId="77777777" w:rsidR="00484295" w:rsidRDefault="00484295"/>
    <w:p w14:paraId="7593C949" w14:textId="77777777" w:rsidR="00484295" w:rsidRDefault="00000000" w:rsidP="00646464">
      <w:pPr>
        <w:jc w:val="right"/>
      </w:pPr>
      <w:r>
        <w:t>Czytelny podpis: ........................................................................................................</w:t>
      </w:r>
    </w:p>
    <w:sectPr w:rsidR="00484295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7903720">
    <w:abstractNumId w:val="8"/>
  </w:num>
  <w:num w:numId="2" w16cid:durableId="1382435170">
    <w:abstractNumId w:val="6"/>
  </w:num>
  <w:num w:numId="3" w16cid:durableId="343627890">
    <w:abstractNumId w:val="5"/>
  </w:num>
  <w:num w:numId="4" w16cid:durableId="9722860">
    <w:abstractNumId w:val="4"/>
  </w:num>
  <w:num w:numId="5" w16cid:durableId="1873298563">
    <w:abstractNumId w:val="7"/>
  </w:num>
  <w:num w:numId="6" w16cid:durableId="1690908778">
    <w:abstractNumId w:val="3"/>
  </w:num>
  <w:num w:numId="7" w16cid:durableId="711882041">
    <w:abstractNumId w:val="2"/>
  </w:num>
  <w:num w:numId="8" w16cid:durableId="214632242">
    <w:abstractNumId w:val="1"/>
  </w:num>
  <w:num w:numId="9" w16cid:durableId="10756641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84295"/>
    <w:rsid w:val="004B115D"/>
    <w:rsid w:val="0064646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D0C18C"/>
  <w14:defaultImageDpi w14:val="300"/>
  <w15:docId w15:val="{D1AE8998-4021-5C4E-828A-9EAD9909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551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damian b</cp:lastModifiedBy>
  <cp:revision>2</cp:revision>
  <dcterms:created xsi:type="dcterms:W3CDTF">2013-12-23T23:15:00Z</dcterms:created>
  <dcterms:modified xsi:type="dcterms:W3CDTF">2026-08-20T16:54:00Z</dcterms:modified>
  <cp:category/>
</cp:coreProperties>
</file>