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3B295B" w14:textId="227E889D" w:rsidR="009A6379" w:rsidRDefault="00000000" w:rsidP="000521AB">
      <w:pPr>
        <w:jc w:val="right"/>
        <w:rPr>
          <w:i/>
          <w:sz w:val="18"/>
        </w:rPr>
      </w:pPr>
      <w:r>
        <w:rPr>
          <w:i/>
          <w:sz w:val="18"/>
        </w:rPr>
        <w:t>Załącznik nr 2 do Standardów Ochrony Małoletnich</w:t>
      </w:r>
      <w:r>
        <w:rPr>
          <w:i/>
          <w:sz w:val="18"/>
        </w:rPr>
        <w:br/>
        <w:t>w Żłobku Słoneczko w Żychlinie</w:t>
      </w:r>
    </w:p>
    <w:p w14:paraId="694767A2" w14:textId="77777777" w:rsidR="000521AB" w:rsidRPr="000521AB" w:rsidRDefault="000521AB" w:rsidP="000521AB">
      <w:pPr>
        <w:jc w:val="right"/>
        <w:rPr>
          <w:i/>
          <w:sz w:val="18"/>
        </w:rPr>
      </w:pPr>
    </w:p>
    <w:p w14:paraId="14AE5922" w14:textId="47027850" w:rsidR="009A6379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OŚWIADCZENIE KANDYDATA – INFORMACJE WYMAGANE </w:t>
      </w:r>
      <w:r w:rsidR="000521AB">
        <w:rPr>
          <w:b/>
          <w:sz w:val="28"/>
        </w:rPr>
        <w:br/>
      </w:r>
      <w:r>
        <w:rPr>
          <w:b/>
          <w:sz w:val="28"/>
        </w:rPr>
        <w:t>PRZY WERYFIKACJI</w:t>
      </w:r>
    </w:p>
    <w:p w14:paraId="380514D9" w14:textId="77777777" w:rsidR="000521AB" w:rsidRDefault="000521AB">
      <w:pPr>
        <w:jc w:val="center"/>
      </w:pPr>
    </w:p>
    <w:p w14:paraId="7371D340" w14:textId="77777777" w:rsidR="009A6379" w:rsidRDefault="00000000">
      <w:r>
        <w:t>Imię i nazwisko: ........................................................................................................</w:t>
      </w:r>
    </w:p>
    <w:p w14:paraId="70C22D5E" w14:textId="77777777" w:rsidR="009A6379" w:rsidRDefault="00000000">
      <w:r>
        <w:t>Obywatelstwo/obywatelstwa: ......................................................................................</w:t>
      </w:r>
    </w:p>
    <w:p w14:paraId="6453575F" w14:textId="77777777" w:rsidR="009A6379" w:rsidRDefault="00000000">
      <w:r>
        <w:t>Państwo/państwa inne niż Rzeczpospolita Polska, w których osoba zamieszkiwała w ciągu ostatnich 20 lat:</w:t>
      </w:r>
    </w:p>
    <w:p w14:paraId="6C4BCAD3" w14:textId="77777777" w:rsidR="009A6379" w:rsidRDefault="00000000">
      <w:r>
        <w:t>...........................................................................................................................................</w:t>
      </w:r>
    </w:p>
    <w:p w14:paraId="32B0EF66" w14:textId="77777777" w:rsidR="009A6379" w:rsidRDefault="00000000">
      <w:r>
        <w:t>...........................................................................................................................................</w:t>
      </w:r>
    </w:p>
    <w:p w14:paraId="48DCE15D" w14:textId="77777777" w:rsidR="009A6379" w:rsidRDefault="00000000">
      <w:r>
        <w:t>Oświadczam, że przekazane dane są prawdziwe oraz że jestem świadoma/y odpowiedzialności karnej za złożenie fałszywego oświadczenia, w zakresie w jakim przepisy wymagają złożenia oświadczenia pod takim rygorem.</w:t>
      </w:r>
    </w:p>
    <w:p w14:paraId="5CBE874C" w14:textId="77777777" w:rsidR="009A6379" w:rsidRDefault="009A6379"/>
    <w:p w14:paraId="145958A3" w14:textId="77777777" w:rsidR="009A6379" w:rsidRDefault="00000000" w:rsidP="000521AB">
      <w:pPr>
        <w:jc w:val="right"/>
      </w:pPr>
      <w:r>
        <w:t>Data i podpis: ........................................................................................................</w:t>
      </w:r>
    </w:p>
    <w:sectPr w:rsidR="009A6379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294265">
    <w:abstractNumId w:val="8"/>
  </w:num>
  <w:num w:numId="2" w16cid:durableId="117989736">
    <w:abstractNumId w:val="6"/>
  </w:num>
  <w:num w:numId="3" w16cid:durableId="507135471">
    <w:abstractNumId w:val="5"/>
  </w:num>
  <w:num w:numId="4" w16cid:durableId="891119993">
    <w:abstractNumId w:val="4"/>
  </w:num>
  <w:num w:numId="5" w16cid:durableId="268896874">
    <w:abstractNumId w:val="7"/>
  </w:num>
  <w:num w:numId="6" w16cid:durableId="1039625990">
    <w:abstractNumId w:val="3"/>
  </w:num>
  <w:num w:numId="7" w16cid:durableId="1586067814">
    <w:abstractNumId w:val="2"/>
  </w:num>
  <w:num w:numId="8" w16cid:durableId="2088650327">
    <w:abstractNumId w:val="1"/>
  </w:num>
  <w:num w:numId="9" w16cid:durableId="6410771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1AB"/>
    <w:rsid w:val="0006063C"/>
    <w:rsid w:val="0015074B"/>
    <w:rsid w:val="0029639D"/>
    <w:rsid w:val="00326F90"/>
    <w:rsid w:val="004B115D"/>
    <w:rsid w:val="009A637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9ACD6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1018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2026-08-20T16:55:00Z</dcterms:modified>
  <cp:category/>
</cp:coreProperties>
</file>