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F47E2D" w14:textId="77777777" w:rsidR="002B4421" w:rsidRDefault="00000000">
      <w:pPr>
        <w:jc w:val="right"/>
      </w:pPr>
      <w:r>
        <w:rPr>
          <w:i/>
          <w:sz w:val="18"/>
        </w:rPr>
        <w:t>Załącznik nr 3 do Standardów Ochrony Małoletnich</w:t>
      </w:r>
      <w:r>
        <w:rPr>
          <w:i/>
          <w:sz w:val="18"/>
        </w:rPr>
        <w:br/>
        <w:t>w Żłobku Słoneczko w Żychlinie</w:t>
      </w:r>
    </w:p>
    <w:p w14:paraId="6099280D" w14:textId="09A79E0C" w:rsidR="002B4421" w:rsidRDefault="00000000">
      <w:pPr>
        <w:jc w:val="center"/>
      </w:pPr>
      <w:r>
        <w:rPr>
          <w:b/>
          <w:sz w:val="28"/>
        </w:rPr>
        <w:t>KARTA INTERWENCJI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5669"/>
      </w:tblGrid>
      <w:tr w:rsidR="002B4421" w14:paraId="5D72A80C" w14:textId="77777777" w:rsidTr="00071E21">
        <w:tc>
          <w:tcPr>
            <w:tcW w:w="4077" w:type="dxa"/>
          </w:tcPr>
          <w:p w14:paraId="6EA2568B" w14:textId="77777777" w:rsidR="002B4421" w:rsidRDefault="00000000">
            <w:r>
              <w:t>Imię i nazwisko dziecka</w:t>
            </w:r>
          </w:p>
        </w:tc>
        <w:tc>
          <w:tcPr>
            <w:tcW w:w="5669" w:type="dxa"/>
          </w:tcPr>
          <w:p w14:paraId="64DF1698" w14:textId="77777777" w:rsidR="002B4421" w:rsidRDefault="002B4421"/>
        </w:tc>
      </w:tr>
      <w:tr w:rsidR="002B4421" w14:paraId="0ED0A73A" w14:textId="77777777" w:rsidTr="00071E21">
        <w:tc>
          <w:tcPr>
            <w:tcW w:w="4077" w:type="dxa"/>
          </w:tcPr>
          <w:p w14:paraId="12A5C49B" w14:textId="77777777" w:rsidR="002B4421" w:rsidRDefault="00000000">
            <w:r>
              <w:t>Data i godzina zgłoszenia/zdarzenia</w:t>
            </w:r>
          </w:p>
        </w:tc>
        <w:tc>
          <w:tcPr>
            <w:tcW w:w="5669" w:type="dxa"/>
          </w:tcPr>
          <w:p w14:paraId="7C742587" w14:textId="77777777" w:rsidR="002B4421" w:rsidRDefault="002B4421"/>
        </w:tc>
      </w:tr>
      <w:tr w:rsidR="002B4421" w14:paraId="35C5D33F" w14:textId="77777777" w:rsidTr="00071E21">
        <w:tc>
          <w:tcPr>
            <w:tcW w:w="4077" w:type="dxa"/>
          </w:tcPr>
          <w:p w14:paraId="75AC2738" w14:textId="61A18D46" w:rsidR="00071E21" w:rsidRDefault="00000000">
            <w:r>
              <w:t>Osoba zgłaszająca</w:t>
            </w:r>
          </w:p>
        </w:tc>
        <w:tc>
          <w:tcPr>
            <w:tcW w:w="5669" w:type="dxa"/>
          </w:tcPr>
          <w:p w14:paraId="686996A9" w14:textId="77777777" w:rsidR="002B4421" w:rsidRDefault="002B4421"/>
        </w:tc>
      </w:tr>
      <w:tr w:rsidR="002B4421" w14:paraId="2473C00D" w14:textId="77777777" w:rsidTr="00071E21">
        <w:tc>
          <w:tcPr>
            <w:tcW w:w="4077" w:type="dxa"/>
          </w:tcPr>
          <w:p w14:paraId="7E715C37" w14:textId="77777777" w:rsidR="002B4421" w:rsidRDefault="00000000">
            <w:r>
              <w:t>Źródło informacji / okoliczności</w:t>
            </w:r>
          </w:p>
          <w:p w14:paraId="33D5CB4B" w14:textId="77777777" w:rsidR="00071E21" w:rsidRDefault="00071E21"/>
          <w:p w14:paraId="0145E96A" w14:textId="77777777" w:rsidR="00071E21" w:rsidRDefault="00071E21"/>
        </w:tc>
        <w:tc>
          <w:tcPr>
            <w:tcW w:w="5669" w:type="dxa"/>
          </w:tcPr>
          <w:p w14:paraId="72182C98" w14:textId="77777777" w:rsidR="002B4421" w:rsidRDefault="002B4421"/>
        </w:tc>
      </w:tr>
      <w:tr w:rsidR="002B4421" w14:paraId="611206BF" w14:textId="77777777" w:rsidTr="00071E21">
        <w:tc>
          <w:tcPr>
            <w:tcW w:w="4077" w:type="dxa"/>
          </w:tcPr>
          <w:p w14:paraId="2E923D6A" w14:textId="77777777" w:rsidR="002B4421" w:rsidRDefault="00000000">
            <w:r>
              <w:t>Rodzaj podejrzenia lub zdarzenia</w:t>
            </w:r>
          </w:p>
          <w:p w14:paraId="3EC12D62" w14:textId="77777777" w:rsidR="00071E21" w:rsidRDefault="00071E21"/>
          <w:p w14:paraId="079B8945" w14:textId="77777777" w:rsidR="00071E21" w:rsidRDefault="00071E21"/>
        </w:tc>
        <w:tc>
          <w:tcPr>
            <w:tcW w:w="5669" w:type="dxa"/>
          </w:tcPr>
          <w:p w14:paraId="74EDC7AC" w14:textId="77777777" w:rsidR="002B4421" w:rsidRDefault="002B4421"/>
        </w:tc>
      </w:tr>
      <w:tr w:rsidR="002B4421" w14:paraId="3A29C053" w14:textId="77777777" w:rsidTr="00071E21">
        <w:tc>
          <w:tcPr>
            <w:tcW w:w="4077" w:type="dxa"/>
          </w:tcPr>
          <w:p w14:paraId="0B99B192" w14:textId="77777777" w:rsidR="002B4421" w:rsidRDefault="00000000">
            <w:r>
              <w:t>Opis faktów i obserwacji</w:t>
            </w:r>
          </w:p>
        </w:tc>
        <w:tc>
          <w:tcPr>
            <w:tcW w:w="5669" w:type="dxa"/>
          </w:tcPr>
          <w:p w14:paraId="223DDBE6" w14:textId="77777777" w:rsidR="002B4421" w:rsidRDefault="00000000">
            <w:r>
              <w:br/>
            </w:r>
            <w:r>
              <w:br/>
            </w:r>
            <w:r>
              <w:br/>
            </w:r>
          </w:p>
        </w:tc>
      </w:tr>
      <w:tr w:rsidR="002B4421" w14:paraId="5BF66EDD" w14:textId="77777777" w:rsidTr="00071E21">
        <w:tc>
          <w:tcPr>
            <w:tcW w:w="4077" w:type="dxa"/>
          </w:tcPr>
          <w:p w14:paraId="6EC40BB6" w14:textId="77777777" w:rsidR="002B4421" w:rsidRDefault="00000000">
            <w:r>
              <w:t>Działania podjęte niezwłocznie</w:t>
            </w:r>
          </w:p>
        </w:tc>
        <w:tc>
          <w:tcPr>
            <w:tcW w:w="5669" w:type="dxa"/>
          </w:tcPr>
          <w:p w14:paraId="720243F8" w14:textId="77777777" w:rsidR="002B4421" w:rsidRDefault="00000000">
            <w:r>
              <w:br/>
            </w:r>
            <w:r>
              <w:br/>
            </w:r>
          </w:p>
        </w:tc>
      </w:tr>
      <w:tr w:rsidR="002B4421" w14:paraId="1B967A19" w14:textId="77777777" w:rsidTr="00071E21">
        <w:tc>
          <w:tcPr>
            <w:tcW w:w="4077" w:type="dxa"/>
          </w:tcPr>
          <w:p w14:paraId="73EE3A34" w14:textId="77777777" w:rsidR="002B4421" w:rsidRDefault="00000000">
            <w:r>
              <w:t>Osoby poinformowane</w:t>
            </w:r>
          </w:p>
          <w:p w14:paraId="333383C3" w14:textId="77777777" w:rsidR="00071E21" w:rsidRDefault="00071E21"/>
          <w:p w14:paraId="1807F22C" w14:textId="77777777" w:rsidR="00071E21" w:rsidRDefault="00071E21"/>
        </w:tc>
        <w:tc>
          <w:tcPr>
            <w:tcW w:w="5669" w:type="dxa"/>
          </w:tcPr>
          <w:p w14:paraId="03E24C51" w14:textId="77777777" w:rsidR="002B4421" w:rsidRDefault="002B4421"/>
        </w:tc>
      </w:tr>
      <w:tr w:rsidR="002B4421" w14:paraId="2EE505A7" w14:textId="77777777" w:rsidTr="00071E21">
        <w:tc>
          <w:tcPr>
            <w:tcW w:w="4077" w:type="dxa"/>
          </w:tcPr>
          <w:p w14:paraId="76D6CD2C" w14:textId="77777777" w:rsidR="002B4421" w:rsidRDefault="00000000">
            <w:r>
              <w:t>Kontakt z rodzicem/opiekunem – data, forma, ustalenia</w:t>
            </w:r>
          </w:p>
        </w:tc>
        <w:tc>
          <w:tcPr>
            <w:tcW w:w="5669" w:type="dxa"/>
          </w:tcPr>
          <w:p w14:paraId="298A04C0" w14:textId="77777777" w:rsidR="002B4421" w:rsidRDefault="00000000">
            <w:r>
              <w:br/>
            </w:r>
            <w:r>
              <w:br/>
            </w:r>
          </w:p>
        </w:tc>
      </w:tr>
      <w:tr w:rsidR="002B4421" w14:paraId="0BF74FD7" w14:textId="77777777" w:rsidTr="00071E21">
        <w:tc>
          <w:tcPr>
            <w:tcW w:w="4077" w:type="dxa"/>
          </w:tcPr>
          <w:p w14:paraId="2316B196" w14:textId="77777777" w:rsidR="002B4421" w:rsidRDefault="00000000">
            <w:r>
              <w:t>Zawiadomione instytucje / organy – data i sposób</w:t>
            </w:r>
          </w:p>
        </w:tc>
        <w:tc>
          <w:tcPr>
            <w:tcW w:w="5669" w:type="dxa"/>
          </w:tcPr>
          <w:p w14:paraId="38A779C5" w14:textId="77777777" w:rsidR="002B4421" w:rsidRDefault="00000000">
            <w:r>
              <w:br/>
            </w:r>
            <w:r>
              <w:br/>
            </w:r>
          </w:p>
        </w:tc>
      </w:tr>
      <w:tr w:rsidR="002B4421" w14:paraId="747C0542" w14:textId="77777777" w:rsidTr="00071E21">
        <w:tc>
          <w:tcPr>
            <w:tcW w:w="4077" w:type="dxa"/>
          </w:tcPr>
          <w:p w14:paraId="29BE9358" w14:textId="77777777" w:rsidR="002B4421" w:rsidRDefault="00000000">
            <w:r>
              <w:t>Decyzje dotyczące bezpieczeństwa dziecka</w:t>
            </w:r>
          </w:p>
        </w:tc>
        <w:tc>
          <w:tcPr>
            <w:tcW w:w="5669" w:type="dxa"/>
          </w:tcPr>
          <w:p w14:paraId="0F275F34" w14:textId="77777777" w:rsidR="002B4421" w:rsidRDefault="00000000">
            <w:r>
              <w:br/>
            </w:r>
            <w:r>
              <w:br/>
            </w:r>
          </w:p>
        </w:tc>
      </w:tr>
      <w:tr w:rsidR="002B4421" w14:paraId="31A4FCFB" w14:textId="77777777" w:rsidTr="00071E21">
        <w:tc>
          <w:tcPr>
            <w:tcW w:w="4077" w:type="dxa"/>
          </w:tcPr>
          <w:p w14:paraId="54E2BE18" w14:textId="77777777" w:rsidR="002B4421" w:rsidRDefault="00000000">
            <w:r>
              <w:t>Plan dalszych działań / wsparcia</w:t>
            </w:r>
          </w:p>
        </w:tc>
        <w:tc>
          <w:tcPr>
            <w:tcW w:w="5669" w:type="dxa"/>
          </w:tcPr>
          <w:p w14:paraId="19A387FF" w14:textId="77777777" w:rsidR="002B4421" w:rsidRDefault="00000000">
            <w:r>
              <w:br/>
            </w:r>
            <w:r>
              <w:br/>
            </w:r>
          </w:p>
        </w:tc>
      </w:tr>
      <w:tr w:rsidR="002B4421" w14:paraId="6B189274" w14:textId="77777777" w:rsidTr="00071E21">
        <w:tc>
          <w:tcPr>
            <w:tcW w:w="4077" w:type="dxa"/>
          </w:tcPr>
          <w:p w14:paraId="2189FDA1" w14:textId="7710EAEE" w:rsidR="00071E21" w:rsidRDefault="00000000">
            <w:r>
              <w:t>Osoba prowadząca sprawę</w:t>
            </w:r>
          </w:p>
        </w:tc>
        <w:tc>
          <w:tcPr>
            <w:tcW w:w="5669" w:type="dxa"/>
          </w:tcPr>
          <w:p w14:paraId="45D3D82A" w14:textId="77777777" w:rsidR="002B4421" w:rsidRDefault="002B4421"/>
        </w:tc>
      </w:tr>
      <w:tr w:rsidR="002B4421" w14:paraId="7BAA584B" w14:textId="77777777" w:rsidTr="00071E21">
        <w:tc>
          <w:tcPr>
            <w:tcW w:w="4077" w:type="dxa"/>
          </w:tcPr>
          <w:p w14:paraId="28B76C1F" w14:textId="77777777" w:rsidR="002B4421" w:rsidRDefault="00000000">
            <w:r>
              <w:t>Data zamknięcia / aktualny status</w:t>
            </w:r>
          </w:p>
        </w:tc>
        <w:tc>
          <w:tcPr>
            <w:tcW w:w="5669" w:type="dxa"/>
          </w:tcPr>
          <w:p w14:paraId="1FBB9E08" w14:textId="77777777" w:rsidR="002B4421" w:rsidRDefault="002B4421"/>
        </w:tc>
      </w:tr>
    </w:tbl>
    <w:p w14:paraId="510A28B6" w14:textId="77777777" w:rsidR="00F6472A" w:rsidRDefault="00F6472A"/>
    <w:sectPr w:rsidR="00F6472A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4632417">
    <w:abstractNumId w:val="8"/>
  </w:num>
  <w:num w:numId="2" w16cid:durableId="1389765250">
    <w:abstractNumId w:val="6"/>
  </w:num>
  <w:num w:numId="3" w16cid:durableId="1892884534">
    <w:abstractNumId w:val="5"/>
  </w:num>
  <w:num w:numId="4" w16cid:durableId="1844587756">
    <w:abstractNumId w:val="4"/>
  </w:num>
  <w:num w:numId="5" w16cid:durableId="475226001">
    <w:abstractNumId w:val="7"/>
  </w:num>
  <w:num w:numId="6" w16cid:durableId="539172839">
    <w:abstractNumId w:val="3"/>
  </w:num>
  <w:num w:numId="7" w16cid:durableId="425275204">
    <w:abstractNumId w:val="2"/>
  </w:num>
  <w:num w:numId="8" w16cid:durableId="132335689">
    <w:abstractNumId w:val="1"/>
  </w:num>
  <w:num w:numId="9" w16cid:durableId="53172223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1E21"/>
    <w:rsid w:val="0015074B"/>
    <w:rsid w:val="0029639D"/>
    <w:rsid w:val="002B4421"/>
    <w:rsid w:val="00326F90"/>
    <w:rsid w:val="004B115D"/>
    <w:rsid w:val="00AA1D8D"/>
    <w:rsid w:val="00B47730"/>
    <w:rsid w:val="00CB0664"/>
    <w:rsid w:val="00F6472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9D5920"/>
  <w14:defaultImageDpi w14:val="300"/>
  <w15:docId w15:val="{D1AE8998-4021-5C4E-828A-9EAD99099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524</Characters>
  <Application>Microsoft Office Word</Application>
  <DocSecurity>0</DocSecurity>
  <Lines>52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damian b</cp:lastModifiedBy>
  <cp:revision>2</cp:revision>
  <dcterms:created xsi:type="dcterms:W3CDTF">2013-12-23T23:15:00Z</dcterms:created>
  <dcterms:modified xsi:type="dcterms:W3CDTF">2026-08-20T16:56:00Z</dcterms:modified>
  <cp:category/>
</cp:coreProperties>
</file>