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BA20AA" w14:textId="77777777" w:rsidR="005579BB" w:rsidRDefault="00000000">
      <w:pPr>
        <w:jc w:val="right"/>
      </w:pPr>
      <w:r>
        <w:rPr>
          <w:i/>
          <w:sz w:val="18"/>
        </w:rPr>
        <w:t>Załącznik nr 4 do Standardów Ochrony Małoletnich</w:t>
      </w:r>
      <w:r>
        <w:rPr>
          <w:i/>
          <w:sz w:val="18"/>
        </w:rPr>
        <w:br/>
        <w:t>w Żłobku Słoneczko w Żychlinie</w:t>
      </w:r>
    </w:p>
    <w:p w14:paraId="44E26400" w14:textId="77777777" w:rsidR="003945FF" w:rsidRDefault="003945FF">
      <w:pPr>
        <w:jc w:val="center"/>
        <w:rPr>
          <w:b/>
          <w:sz w:val="28"/>
        </w:rPr>
      </w:pPr>
    </w:p>
    <w:p w14:paraId="4483C2AB" w14:textId="28AE6195" w:rsidR="005579BB" w:rsidRDefault="00000000">
      <w:pPr>
        <w:jc w:val="center"/>
      </w:pPr>
      <w:r>
        <w:rPr>
          <w:b/>
          <w:sz w:val="28"/>
        </w:rPr>
        <w:t>NOTATKA SŁUŻBOWA DOTYCZĄCA ZDARZENIA</w:t>
      </w:r>
    </w:p>
    <w:p w14:paraId="0DCFFAB5" w14:textId="77777777" w:rsidR="005579BB" w:rsidRDefault="00000000">
      <w:r>
        <w:t>Data i godzina sporządzenia: .....................................................................................</w:t>
      </w:r>
    </w:p>
    <w:p w14:paraId="7ED1AA65" w14:textId="77777777" w:rsidR="005579BB" w:rsidRDefault="00000000">
      <w:r>
        <w:t>Osoba sporządzająca: ................................................................................................</w:t>
      </w:r>
    </w:p>
    <w:p w14:paraId="4C82F12E" w14:textId="77777777" w:rsidR="005579BB" w:rsidRDefault="00000000">
      <w:r>
        <w:t>Data, godzina i miejsce zdarzenia / uzyskania informacji: .............................................</w:t>
      </w:r>
    </w:p>
    <w:p w14:paraId="566B61BA" w14:textId="77777777" w:rsidR="005579BB" w:rsidRDefault="00000000">
      <w:r>
        <w:t>Osoby obecne: ............................................................................................................</w:t>
      </w:r>
    </w:p>
    <w:p w14:paraId="70910B9D" w14:textId="77777777" w:rsidR="005579BB" w:rsidRDefault="005579BB"/>
    <w:p w14:paraId="07776739" w14:textId="77777777" w:rsidR="005579BB" w:rsidRDefault="00000000">
      <w:r>
        <w:t>Opis faktów, zaobserwowanych zachowań lub wypowiedzi (bez ocen i domysłów):</w:t>
      </w:r>
    </w:p>
    <w:p w14:paraId="0ABF9974" w14:textId="77777777" w:rsidR="005579BB" w:rsidRDefault="00000000">
      <w:r>
        <w:t>...........................................................................................................................................</w:t>
      </w:r>
    </w:p>
    <w:p w14:paraId="736E9CE7" w14:textId="77777777" w:rsidR="005579BB" w:rsidRDefault="00000000">
      <w:r>
        <w:t>...........................................................................................................................................</w:t>
      </w:r>
    </w:p>
    <w:p w14:paraId="758638BC" w14:textId="77777777" w:rsidR="005579BB" w:rsidRDefault="00000000">
      <w:r>
        <w:t>...........................................................................................................................................</w:t>
      </w:r>
    </w:p>
    <w:p w14:paraId="393B7703" w14:textId="77777777" w:rsidR="005579BB" w:rsidRDefault="00000000">
      <w:r>
        <w:t>...........................................................................................................................................</w:t>
      </w:r>
    </w:p>
    <w:p w14:paraId="39518B87" w14:textId="77777777" w:rsidR="005579BB" w:rsidRDefault="005579BB"/>
    <w:p w14:paraId="086280EE" w14:textId="77777777" w:rsidR="005579BB" w:rsidRDefault="00000000">
      <w:r>
        <w:t>Podjęte działania:</w:t>
      </w:r>
    </w:p>
    <w:p w14:paraId="45F8D77E" w14:textId="77777777" w:rsidR="005579BB" w:rsidRDefault="00000000">
      <w:r>
        <w:t>...........................................................................................................................................</w:t>
      </w:r>
    </w:p>
    <w:p w14:paraId="766FDCFA" w14:textId="77777777" w:rsidR="005579BB" w:rsidRDefault="00000000">
      <w:r>
        <w:t>...........................................................................................................................................</w:t>
      </w:r>
    </w:p>
    <w:p w14:paraId="3C7D6BB7" w14:textId="77777777" w:rsidR="005579BB" w:rsidRDefault="005579BB"/>
    <w:p w14:paraId="329A1FED" w14:textId="77777777" w:rsidR="005579BB" w:rsidRDefault="00000000">
      <w:r>
        <w:t>Komu i kiedy przekazano informację: ............................................................................</w:t>
      </w:r>
    </w:p>
    <w:p w14:paraId="5DC795C5" w14:textId="77777777" w:rsidR="005579BB" w:rsidRDefault="005579BB"/>
    <w:p w14:paraId="4CC99C21" w14:textId="77777777" w:rsidR="005579BB" w:rsidRDefault="00000000" w:rsidP="003945FF">
      <w:pPr>
        <w:jc w:val="right"/>
      </w:pPr>
      <w:r>
        <w:t>Podpis: .........................................................................................................................</w:t>
      </w:r>
    </w:p>
    <w:sectPr w:rsidR="005579BB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4011625">
    <w:abstractNumId w:val="8"/>
  </w:num>
  <w:num w:numId="2" w16cid:durableId="913780796">
    <w:abstractNumId w:val="6"/>
  </w:num>
  <w:num w:numId="3" w16cid:durableId="1716781267">
    <w:abstractNumId w:val="5"/>
  </w:num>
  <w:num w:numId="4" w16cid:durableId="1949698532">
    <w:abstractNumId w:val="4"/>
  </w:num>
  <w:num w:numId="5" w16cid:durableId="1813675320">
    <w:abstractNumId w:val="7"/>
  </w:num>
  <w:num w:numId="6" w16cid:durableId="1100639389">
    <w:abstractNumId w:val="3"/>
  </w:num>
  <w:num w:numId="7" w16cid:durableId="766464680">
    <w:abstractNumId w:val="2"/>
  </w:num>
  <w:num w:numId="8" w16cid:durableId="951283666">
    <w:abstractNumId w:val="1"/>
  </w:num>
  <w:num w:numId="9" w16cid:durableId="114354322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945FF"/>
    <w:rsid w:val="004B115D"/>
    <w:rsid w:val="005579B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271BD4"/>
  <w14:defaultImageDpi w14:val="300"/>
  <w15:docId w15:val="{D1AE8998-4021-5C4E-828A-9EAD9909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1698</Characters>
  <Application>Microsoft Office Word</Application>
  <DocSecurity>0</DocSecurity>
  <Lines>22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damian b</cp:lastModifiedBy>
  <cp:revision>2</cp:revision>
  <dcterms:created xsi:type="dcterms:W3CDTF">2013-12-23T23:15:00Z</dcterms:created>
  <dcterms:modified xsi:type="dcterms:W3CDTF">2026-08-20T16:56:00Z</dcterms:modified>
  <cp:category/>
</cp:coreProperties>
</file>