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72F2B45A" w14:textId="77777777" w:rsidR="004131F6" w:rsidRDefault="00000000">
      <w:pPr>
        <w:jc w:val="right"/>
      </w:pPr>
      <w:r>
        <w:rPr>
          <w:i/>
          <w:sz w:val="18"/>
        </w:rPr>
        <w:t>Załącznik nr 5 do Standardów Ochrony Małoletnich</w:t>
      </w:r>
      <w:r>
        <w:rPr>
          <w:i/>
          <w:sz w:val="18"/>
        </w:rPr>
        <w:br/>
        <w:t>w Żłobku Słoneczko w Żychlinie</w:t>
      </w:r>
    </w:p>
    <w:p w14:paraId="63FDE4B8" w14:textId="77777777" w:rsidR="004131F6" w:rsidRDefault="00000000">
      <w:pPr>
        <w:jc w:val="center"/>
      </w:pPr>
      <w:r>
        <w:rPr>
          <w:b/>
          <w:sz w:val="28"/>
        </w:rPr>
        <w:t>PLAN WSPARCIA DZIECKA</w:t>
      </w:r>
    </w:p>
    <w:tbl>
      <w:tblPr>
        <w:tblStyle w:val="Tabela-Siatka"/>
        <w:tblW w:w="0" w:type="auto"/>
        <w:jc w:val="center"/>
        <w:tblLook w:val="04A0" w:firstRow="1" w:lastRow="0" w:firstColumn="1" w:lastColumn="0" w:noHBand="0" w:noVBand="1"/>
      </w:tblPr>
      <w:tblGrid>
        <w:gridCol w:w="4873"/>
        <w:gridCol w:w="4873"/>
      </w:tblGrid>
      <w:tr w:rsidR="004131F6" w14:paraId="6F9C4A6E" w14:textId="77777777">
        <w:trPr>
          <w:jc w:val="center"/>
        </w:trPr>
        <w:tc>
          <w:tcPr>
            <w:tcW w:w="4873" w:type="dxa"/>
            <w:shd w:val="clear" w:color="auto" w:fill="D9EAF7"/>
          </w:tcPr>
          <w:p w14:paraId="1E3C42A2" w14:textId="77777777" w:rsidR="004131F6" w:rsidRDefault="00000000">
            <w:r>
              <w:rPr>
                <w:b/>
              </w:rPr>
              <w:t>Obszar</w:t>
            </w:r>
          </w:p>
        </w:tc>
        <w:tc>
          <w:tcPr>
            <w:tcW w:w="4873" w:type="dxa"/>
            <w:shd w:val="clear" w:color="auto" w:fill="D9EAF7"/>
          </w:tcPr>
          <w:p w14:paraId="08D507E3" w14:textId="77777777" w:rsidR="004131F6" w:rsidRDefault="00000000">
            <w:r>
              <w:rPr>
                <w:b/>
              </w:rPr>
              <w:t>Ustalenia</w:t>
            </w:r>
          </w:p>
        </w:tc>
      </w:tr>
      <w:tr w:rsidR="004131F6" w14:paraId="5AF92695" w14:textId="77777777">
        <w:trPr>
          <w:jc w:val="center"/>
        </w:trPr>
        <w:tc>
          <w:tcPr>
            <w:tcW w:w="4873" w:type="dxa"/>
          </w:tcPr>
          <w:p w14:paraId="7E6602EF" w14:textId="77777777" w:rsidR="004131F6" w:rsidRDefault="00000000">
            <w:r>
              <w:t xml:space="preserve">Dane </w:t>
            </w:r>
            <w:proofErr w:type="spellStart"/>
            <w:r>
              <w:t>dziecka</w:t>
            </w:r>
            <w:proofErr w:type="spellEnd"/>
          </w:p>
          <w:p w14:paraId="4647954F" w14:textId="77777777" w:rsidR="003F60D7" w:rsidRDefault="003F60D7"/>
          <w:p w14:paraId="5911A216" w14:textId="77777777" w:rsidR="003F60D7" w:rsidRDefault="003F60D7"/>
          <w:p w14:paraId="59E05C4A" w14:textId="77777777" w:rsidR="003F60D7" w:rsidRDefault="003F60D7"/>
        </w:tc>
        <w:tc>
          <w:tcPr>
            <w:tcW w:w="4873" w:type="dxa"/>
          </w:tcPr>
          <w:p w14:paraId="0F41662B" w14:textId="77777777" w:rsidR="004131F6" w:rsidRDefault="00000000">
            <w:r>
              <w:br/>
            </w:r>
          </w:p>
        </w:tc>
      </w:tr>
      <w:tr w:rsidR="004131F6" w14:paraId="6FC97139" w14:textId="77777777">
        <w:trPr>
          <w:jc w:val="center"/>
        </w:trPr>
        <w:tc>
          <w:tcPr>
            <w:tcW w:w="4873" w:type="dxa"/>
          </w:tcPr>
          <w:p w14:paraId="7902BA1D" w14:textId="77777777" w:rsidR="004131F6" w:rsidRDefault="00000000">
            <w:proofErr w:type="spellStart"/>
            <w:r>
              <w:t>Najważniejsze</w:t>
            </w:r>
            <w:proofErr w:type="spellEnd"/>
            <w:r>
              <w:t xml:space="preserve"> </w:t>
            </w:r>
            <w:proofErr w:type="spellStart"/>
            <w:r>
              <w:t>potrzeby</w:t>
            </w:r>
            <w:proofErr w:type="spellEnd"/>
            <w:r>
              <w:t xml:space="preserve"> </w:t>
            </w:r>
            <w:proofErr w:type="spellStart"/>
            <w:r>
              <w:t>dziecka</w:t>
            </w:r>
            <w:proofErr w:type="spellEnd"/>
          </w:p>
          <w:p w14:paraId="4DEB3E34" w14:textId="77777777" w:rsidR="003F60D7" w:rsidRDefault="003F60D7"/>
          <w:p w14:paraId="1E1E1DBF" w14:textId="77777777" w:rsidR="003F60D7" w:rsidRDefault="003F60D7"/>
          <w:p w14:paraId="1420A1DF" w14:textId="77777777" w:rsidR="003F60D7" w:rsidRDefault="003F60D7"/>
          <w:p w14:paraId="234A0D5A" w14:textId="398D83E9" w:rsidR="003F60D7" w:rsidRDefault="003F60D7"/>
        </w:tc>
        <w:tc>
          <w:tcPr>
            <w:tcW w:w="4873" w:type="dxa"/>
          </w:tcPr>
          <w:p w14:paraId="6AEF0CC2" w14:textId="77777777" w:rsidR="004131F6" w:rsidRDefault="00000000">
            <w:r>
              <w:br/>
            </w:r>
            <w:r>
              <w:br/>
            </w:r>
          </w:p>
        </w:tc>
      </w:tr>
      <w:tr w:rsidR="004131F6" w14:paraId="236A45A8" w14:textId="77777777">
        <w:trPr>
          <w:jc w:val="center"/>
        </w:trPr>
        <w:tc>
          <w:tcPr>
            <w:tcW w:w="4873" w:type="dxa"/>
          </w:tcPr>
          <w:p w14:paraId="21DD22C4" w14:textId="77777777" w:rsidR="004131F6" w:rsidRDefault="00000000">
            <w:proofErr w:type="spellStart"/>
            <w:r>
              <w:t>Działania</w:t>
            </w:r>
            <w:proofErr w:type="spellEnd"/>
            <w:r>
              <w:t xml:space="preserve"> </w:t>
            </w:r>
            <w:proofErr w:type="spellStart"/>
            <w:r>
              <w:t>zapewniające</w:t>
            </w:r>
            <w:proofErr w:type="spellEnd"/>
            <w:r>
              <w:t xml:space="preserve"> </w:t>
            </w:r>
            <w:proofErr w:type="spellStart"/>
            <w:r>
              <w:t>bezpieczeństwo</w:t>
            </w:r>
            <w:proofErr w:type="spellEnd"/>
          </w:p>
          <w:p w14:paraId="721C7B1E" w14:textId="77777777" w:rsidR="003F60D7" w:rsidRDefault="003F60D7"/>
          <w:p w14:paraId="6B43C647" w14:textId="77777777" w:rsidR="003F60D7" w:rsidRDefault="003F60D7"/>
          <w:p w14:paraId="138CCC7B" w14:textId="77777777" w:rsidR="003F60D7" w:rsidRDefault="003F60D7"/>
          <w:p w14:paraId="1E099690" w14:textId="77777777" w:rsidR="003F60D7" w:rsidRDefault="003F60D7"/>
        </w:tc>
        <w:tc>
          <w:tcPr>
            <w:tcW w:w="4873" w:type="dxa"/>
          </w:tcPr>
          <w:p w14:paraId="70E1D9B7" w14:textId="77777777" w:rsidR="004131F6" w:rsidRDefault="00000000">
            <w:r>
              <w:br/>
            </w:r>
            <w:r>
              <w:br/>
            </w:r>
          </w:p>
        </w:tc>
      </w:tr>
      <w:tr w:rsidR="004131F6" w14:paraId="109AD6C5" w14:textId="77777777">
        <w:trPr>
          <w:jc w:val="center"/>
        </w:trPr>
        <w:tc>
          <w:tcPr>
            <w:tcW w:w="4873" w:type="dxa"/>
          </w:tcPr>
          <w:p w14:paraId="706E14A9" w14:textId="77777777" w:rsidR="004131F6" w:rsidRDefault="00000000">
            <w:r>
              <w:t xml:space="preserve">Sposób </w:t>
            </w:r>
            <w:proofErr w:type="spellStart"/>
            <w:r>
              <w:t>wsparcia</w:t>
            </w:r>
            <w:proofErr w:type="spellEnd"/>
            <w:r>
              <w:t xml:space="preserve"> </w:t>
            </w:r>
            <w:proofErr w:type="spellStart"/>
            <w:r>
              <w:t>emocjonalnego</w:t>
            </w:r>
            <w:proofErr w:type="spellEnd"/>
            <w:r>
              <w:t xml:space="preserve"> </w:t>
            </w:r>
            <w:proofErr w:type="spellStart"/>
            <w:r>
              <w:t>i</w:t>
            </w:r>
            <w:proofErr w:type="spellEnd"/>
            <w:r>
              <w:t xml:space="preserve"> </w:t>
            </w:r>
            <w:proofErr w:type="spellStart"/>
            <w:r>
              <w:t>opiekuńczego</w:t>
            </w:r>
            <w:proofErr w:type="spellEnd"/>
          </w:p>
          <w:p w14:paraId="1C6BDE99" w14:textId="77777777" w:rsidR="003F60D7" w:rsidRDefault="003F60D7"/>
          <w:p w14:paraId="577DB09C" w14:textId="77777777" w:rsidR="003F60D7" w:rsidRDefault="003F60D7"/>
          <w:p w14:paraId="6B871581" w14:textId="77777777" w:rsidR="003F60D7" w:rsidRDefault="003F60D7"/>
          <w:p w14:paraId="3EFF0164" w14:textId="77777777" w:rsidR="003F60D7" w:rsidRDefault="003F60D7"/>
        </w:tc>
        <w:tc>
          <w:tcPr>
            <w:tcW w:w="4873" w:type="dxa"/>
          </w:tcPr>
          <w:p w14:paraId="57E53E7B" w14:textId="77777777" w:rsidR="004131F6" w:rsidRDefault="00000000">
            <w:r>
              <w:br/>
            </w:r>
            <w:r>
              <w:br/>
            </w:r>
          </w:p>
        </w:tc>
      </w:tr>
      <w:tr w:rsidR="004131F6" w14:paraId="05C86A87" w14:textId="77777777">
        <w:trPr>
          <w:jc w:val="center"/>
        </w:trPr>
        <w:tc>
          <w:tcPr>
            <w:tcW w:w="4873" w:type="dxa"/>
          </w:tcPr>
          <w:p w14:paraId="26FD18D0" w14:textId="77777777" w:rsidR="004131F6" w:rsidRDefault="00000000">
            <w:proofErr w:type="spellStart"/>
            <w:r>
              <w:t>Osoby</w:t>
            </w:r>
            <w:proofErr w:type="spellEnd"/>
            <w:r>
              <w:t xml:space="preserve"> </w:t>
            </w:r>
            <w:proofErr w:type="spellStart"/>
            <w:r>
              <w:t>odpowiedzialne</w:t>
            </w:r>
            <w:proofErr w:type="spellEnd"/>
          </w:p>
          <w:p w14:paraId="5E9354C4" w14:textId="77777777" w:rsidR="003F60D7" w:rsidRDefault="003F60D7"/>
          <w:p w14:paraId="1F2DEE21" w14:textId="77777777" w:rsidR="003F60D7" w:rsidRDefault="003F60D7"/>
        </w:tc>
        <w:tc>
          <w:tcPr>
            <w:tcW w:w="4873" w:type="dxa"/>
          </w:tcPr>
          <w:p w14:paraId="4015220F" w14:textId="77777777" w:rsidR="004131F6" w:rsidRDefault="00000000">
            <w:r>
              <w:br/>
            </w:r>
          </w:p>
        </w:tc>
      </w:tr>
      <w:tr w:rsidR="004131F6" w14:paraId="0946A453" w14:textId="77777777">
        <w:trPr>
          <w:jc w:val="center"/>
        </w:trPr>
        <w:tc>
          <w:tcPr>
            <w:tcW w:w="4873" w:type="dxa"/>
          </w:tcPr>
          <w:p w14:paraId="731003B2" w14:textId="77777777" w:rsidR="004131F6" w:rsidRDefault="00000000">
            <w:proofErr w:type="spellStart"/>
            <w:r>
              <w:t>Współpraca</w:t>
            </w:r>
            <w:proofErr w:type="spellEnd"/>
            <w:r>
              <w:t xml:space="preserve"> z </w:t>
            </w:r>
            <w:proofErr w:type="spellStart"/>
            <w:r>
              <w:t>rodzicem</w:t>
            </w:r>
            <w:proofErr w:type="spellEnd"/>
            <w:r>
              <w:t>/</w:t>
            </w:r>
            <w:proofErr w:type="spellStart"/>
            <w:r>
              <w:t>opiekunem</w:t>
            </w:r>
            <w:proofErr w:type="spellEnd"/>
          </w:p>
          <w:p w14:paraId="427BB24F" w14:textId="77777777" w:rsidR="003F60D7" w:rsidRDefault="003F60D7"/>
          <w:p w14:paraId="7235011E" w14:textId="77777777" w:rsidR="003F60D7" w:rsidRDefault="003F60D7"/>
          <w:p w14:paraId="384BD80A" w14:textId="77777777" w:rsidR="003F60D7" w:rsidRDefault="003F60D7"/>
          <w:p w14:paraId="74AB5EAF" w14:textId="77777777" w:rsidR="003F60D7" w:rsidRDefault="003F60D7"/>
        </w:tc>
        <w:tc>
          <w:tcPr>
            <w:tcW w:w="4873" w:type="dxa"/>
          </w:tcPr>
          <w:p w14:paraId="6D5C4EC4" w14:textId="77777777" w:rsidR="004131F6" w:rsidRDefault="00000000">
            <w:r>
              <w:br/>
            </w:r>
            <w:r>
              <w:br/>
            </w:r>
          </w:p>
        </w:tc>
      </w:tr>
      <w:tr w:rsidR="004131F6" w14:paraId="254F024B" w14:textId="77777777">
        <w:trPr>
          <w:jc w:val="center"/>
        </w:trPr>
        <w:tc>
          <w:tcPr>
            <w:tcW w:w="4873" w:type="dxa"/>
          </w:tcPr>
          <w:p w14:paraId="16613A75" w14:textId="77777777" w:rsidR="004131F6" w:rsidRDefault="00000000">
            <w:r>
              <w:t xml:space="preserve">Współpraca ze </w:t>
            </w:r>
            <w:proofErr w:type="spellStart"/>
            <w:r>
              <w:t>specjalistami</w:t>
            </w:r>
            <w:proofErr w:type="spellEnd"/>
            <w:r>
              <w:t xml:space="preserve"> / </w:t>
            </w:r>
            <w:proofErr w:type="spellStart"/>
            <w:r>
              <w:t>instytucjami</w:t>
            </w:r>
            <w:proofErr w:type="spellEnd"/>
          </w:p>
          <w:p w14:paraId="10E7B591" w14:textId="77777777" w:rsidR="003F60D7" w:rsidRDefault="003F60D7"/>
          <w:p w14:paraId="769EA402" w14:textId="77777777" w:rsidR="003F60D7" w:rsidRDefault="003F60D7"/>
          <w:p w14:paraId="0246C65F" w14:textId="77777777" w:rsidR="003F60D7" w:rsidRDefault="003F60D7"/>
          <w:p w14:paraId="761AC603" w14:textId="77777777" w:rsidR="003F60D7" w:rsidRDefault="003F60D7"/>
        </w:tc>
        <w:tc>
          <w:tcPr>
            <w:tcW w:w="4873" w:type="dxa"/>
          </w:tcPr>
          <w:p w14:paraId="7C2B5454" w14:textId="77777777" w:rsidR="004131F6" w:rsidRDefault="00000000">
            <w:r>
              <w:br/>
            </w:r>
            <w:r>
              <w:br/>
            </w:r>
          </w:p>
        </w:tc>
      </w:tr>
      <w:tr w:rsidR="004131F6" w14:paraId="3E58C8FC" w14:textId="77777777">
        <w:trPr>
          <w:jc w:val="center"/>
        </w:trPr>
        <w:tc>
          <w:tcPr>
            <w:tcW w:w="4873" w:type="dxa"/>
          </w:tcPr>
          <w:p w14:paraId="6317C0C0" w14:textId="77777777" w:rsidR="004131F6" w:rsidRDefault="00000000">
            <w:r>
              <w:t>Termin oceny planu</w:t>
            </w:r>
          </w:p>
        </w:tc>
        <w:tc>
          <w:tcPr>
            <w:tcW w:w="4873" w:type="dxa"/>
          </w:tcPr>
          <w:p w14:paraId="214A66DC" w14:textId="77777777" w:rsidR="004131F6" w:rsidRDefault="00000000">
            <w:r>
              <w:br/>
            </w:r>
          </w:p>
        </w:tc>
      </w:tr>
      <w:tr w:rsidR="004131F6" w14:paraId="23D3B4D8" w14:textId="77777777">
        <w:trPr>
          <w:jc w:val="center"/>
        </w:trPr>
        <w:tc>
          <w:tcPr>
            <w:tcW w:w="4873" w:type="dxa"/>
          </w:tcPr>
          <w:p w14:paraId="2941E5CD" w14:textId="77777777" w:rsidR="004131F6" w:rsidRDefault="00000000">
            <w:r>
              <w:t xml:space="preserve">Wynik </w:t>
            </w:r>
            <w:proofErr w:type="spellStart"/>
            <w:r>
              <w:t>oceny</w:t>
            </w:r>
            <w:proofErr w:type="spellEnd"/>
            <w:r>
              <w:t xml:space="preserve"> </w:t>
            </w:r>
            <w:proofErr w:type="spellStart"/>
            <w:r>
              <w:t>i</w:t>
            </w:r>
            <w:proofErr w:type="spellEnd"/>
            <w:r>
              <w:t xml:space="preserve"> </w:t>
            </w:r>
            <w:proofErr w:type="spellStart"/>
            <w:r>
              <w:t>dalsze</w:t>
            </w:r>
            <w:proofErr w:type="spellEnd"/>
            <w:r>
              <w:t xml:space="preserve"> </w:t>
            </w:r>
            <w:proofErr w:type="spellStart"/>
            <w:r>
              <w:t>działania</w:t>
            </w:r>
            <w:proofErr w:type="spellEnd"/>
          </w:p>
          <w:p w14:paraId="52B23BEC" w14:textId="77777777" w:rsidR="003F60D7" w:rsidRDefault="003F60D7"/>
          <w:p w14:paraId="2C4D4734" w14:textId="77777777" w:rsidR="003F60D7" w:rsidRDefault="003F60D7"/>
          <w:p w14:paraId="51A50445" w14:textId="77777777" w:rsidR="003F60D7" w:rsidRDefault="003F60D7"/>
          <w:p w14:paraId="6F2334D3" w14:textId="77777777" w:rsidR="003F60D7" w:rsidRDefault="003F60D7"/>
        </w:tc>
        <w:tc>
          <w:tcPr>
            <w:tcW w:w="4873" w:type="dxa"/>
          </w:tcPr>
          <w:p w14:paraId="34AE7538" w14:textId="77777777" w:rsidR="004131F6" w:rsidRDefault="00000000">
            <w:r>
              <w:br/>
            </w:r>
            <w:r>
              <w:br/>
            </w:r>
          </w:p>
        </w:tc>
      </w:tr>
    </w:tbl>
    <w:p w14:paraId="0BCD9199" w14:textId="77777777" w:rsidR="006861EA" w:rsidRDefault="006861EA"/>
    <w:sectPr w:rsidR="006861EA" w:rsidSect="00034616">
      <w:pgSz w:w="12240" w:h="15840"/>
      <w:pgMar w:top="1134" w:right="1247" w:bottom="1134" w:left="124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309020205020404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anumerowana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anumerowana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apunktowana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apunktowana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anumerowan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apunktowan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658878799">
    <w:abstractNumId w:val="8"/>
  </w:num>
  <w:num w:numId="2" w16cid:durableId="529496845">
    <w:abstractNumId w:val="6"/>
  </w:num>
  <w:num w:numId="3" w16cid:durableId="1727220094">
    <w:abstractNumId w:val="5"/>
  </w:num>
  <w:num w:numId="4" w16cid:durableId="1250388539">
    <w:abstractNumId w:val="4"/>
  </w:num>
  <w:num w:numId="5" w16cid:durableId="198862277">
    <w:abstractNumId w:val="7"/>
  </w:num>
  <w:num w:numId="6" w16cid:durableId="1057898335">
    <w:abstractNumId w:val="3"/>
  </w:num>
  <w:num w:numId="7" w16cid:durableId="325017425">
    <w:abstractNumId w:val="2"/>
  </w:num>
  <w:num w:numId="8" w16cid:durableId="73672379">
    <w:abstractNumId w:val="1"/>
  </w:num>
  <w:num w:numId="9" w16cid:durableId="560091731">
    <w:abstractNumId w:val="0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51"/>
  <w:proofState w:spelling="clean" w:grammar="clean"/>
  <w:defaultTabStop w:val="720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3F60D7"/>
    <w:rsid w:val="004131F6"/>
    <w:rsid w:val="004B115D"/>
    <w:rsid w:val="006861EA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8A18FC4"/>
  <w14:defaultImageDpi w14:val="300"/>
  <w15:docId w15:val="{D1AE8998-4021-5C4E-828A-9EAD990993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C693F"/>
    <w:rPr>
      <w:rFonts w:ascii="Aptos" w:hAnsi="Aptos"/>
      <w:sz w:val="21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618BF"/>
  </w:style>
  <w:style w:type="paragraph" w:styleId="Stopka">
    <w:name w:val="footer"/>
    <w:basedOn w:val="Normalny"/>
    <w:link w:val="StopkaZnak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618BF"/>
  </w:style>
  <w:style w:type="paragraph" w:styleId="Bezodstpw">
    <w:name w:val="No Spacing"/>
    <w:uiPriority w:val="1"/>
    <w:qFormat/>
    <w:rsid w:val="00FC693F"/>
    <w:pPr>
      <w:spacing w:after="0" w:line="240" w:lineRule="auto"/>
    </w:pPr>
  </w:style>
  <w:style w:type="character" w:customStyle="1" w:styleId="Nagwek1Znak">
    <w:name w:val="Nagłówek 1 Znak"/>
    <w:basedOn w:val="Domylnaczcionkaakapitu"/>
    <w:link w:val="Nagwek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Nagwek2Znak">
    <w:name w:val="Nagłówek 2 Znak"/>
    <w:basedOn w:val="Domylnaczcionkaakapitu"/>
    <w:link w:val="Nagwek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ytu">
    <w:name w:val="Title"/>
    <w:basedOn w:val="Normalny"/>
    <w:next w:val="Normalny"/>
    <w:link w:val="TytuZnak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ytuZnak">
    <w:name w:val="Tytuł Znak"/>
    <w:basedOn w:val="Domylnaczcionkaakapitu"/>
    <w:link w:val="Tytu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PodtytuZnak">
    <w:name w:val="Podtytuł Znak"/>
    <w:basedOn w:val="Domylnaczcionkaakapitu"/>
    <w:link w:val="Podtytu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kapitzlist">
    <w:name w:val="List Paragraph"/>
    <w:basedOn w:val="Normalny"/>
    <w:uiPriority w:val="34"/>
    <w:qFormat/>
    <w:rsid w:val="00FC693F"/>
    <w:pPr>
      <w:ind w:left="720"/>
      <w:contextualSpacing/>
    </w:pPr>
  </w:style>
  <w:style w:type="paragraph" w:styleId="Tekstpodstawowy">
    <w:name w:val="Body Text"/>
    <w:basedOn w:val="Normalny"/>
    <w:link w:val="TekstpodstawowyZnak"/>
    <w:uiPriority w:val="99"/>
    <w:unhideWhenUsed/>
    <w:rsid w:val="00AA1D8D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AA1D8D"/>
  </w:style>
  <w:style w:type="paragraph" w:styleId="Tekstpodstawowy2">
    <w:name w:val="Body Text 2"/>
    <w:basedOn w:val="Normalny"/>
    <w:link w:val="Tekstpodstawowy2Znak"/>
    <w:uiPriority w:val="99"/>
    <w:unhideWhenUsed/>
    <w:rsid w:val="00AA1D8D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AA1D8D"/>
  </w:style>
  <w:style w:type="paragraph" w:styleId="Tekstpodstawowy3">
    <w:name w:val="Body Text 3"/>
    <w:basedOn w:val="Normalny"/>
    <w:link w:val="Tekstpodstawowy3Znak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rsid w:val="00AA1D8D"/>
    <w:rPr>
      <w:sz w:val="16"/>
      <w:szCs w:val="16"/>
    </w:rPr>
  </w:style>
  <w:style w:type="paragraph" w:styleId="Lista">
    <w:name w:val="List"/>
    <w:basedOn w:val="Normalny"/>
    <w:uiPriority w:val="99"/>
    <w:unhideWhenUsed/>
    <w:rsid w:val="00AA1D8D"/>
    <w:pPr>
      <w:ind w:left="360" w:hanging="360"/>
      <w:contextualSpacing/>
    </w:pPr>
  </w:style>
  <w:style w:type="paragraph" w:styleId="Lista2">
    <w:name w:val="List 2"/>
    <w:basedOn w:val="Normalny"/>
    <w:uiPriority w:val="99"/>
    <w:unhideWhenUsed/>
    <w:rsid w:val="00326F90"/>
    <w:pPr>
      <w:ind w:left="720" w:hanging="360"/>
      <w:contextualSpacing/>
    </w:pPr>
  </w:style>
  <w:style w:type="paragraph" w:styleId="Lista3">
    <w:name w:val="List 3"/>
    <w:basedOn w:val="Normalny"/>
    <w:uiPriority w:val="99"/>
    <w:unhideWhenUsed/>
    <w:rsid w:val="00326F90"/>
    <w:pPr>
      <w:ind w:left="1080" w:hanging="360"/>
      <w:contextualSpacing/>
    </w:pPr>
  </w:style>
  <w:style w:type="paragraph" w:styleId="Listapunktowana">
    <w:name w:val="List Bullet"/>
    <w:basedOn w:val="Normalny"/>
    <w:uiPriority w:val="99"/>
    <w:unhideWhenUsed/>
    <w:rsid w:val="00326F90"/>
    <w:pPr>
      <w:numPr>
        <w:numId w:val="1"/>
      </w:numPr>
      <w:contextualSpacing/>
    </w:pPr>
  </w:style>
  <w:style w:type="paragraph" w:styleId="Listapunktowana2">
    <w:name w:val="List Bullet 2"/>
    <w:basedOn w:val="Normalny"/>
    <w:uiPriority w:val="99"/>
    <w:unhideWhenUsed/>
    <w:rsid w:val="00326F90"/>
    <w:pPr>
      <w:numPr>
        <w:numId w:val="2"/>
      </w:numPr>
      <w:contextualSpacing/>
    </w:pPr>
  </w:style>
  <w:style w:type="paragraph" w:styleId="Listapunktowana3">
    <w:name w:val="List Bullet 3"/>
    <w:basedOn w:val="Normalny"/>
    <w:uiPriority w:val="99"/>
    <w:unhideWhenUsed/>
    <w:rsid w:val="00326F90"/>
    <w:pPr>
      <w:numPr>
        <w:numId w:val="3"/>
      </w:numPr>
      <w:contextualSpacing/>
    </w:pPr>
  </w:style>
  <w:style w:type="paragraph" w:styleId="Listanumerowana">
    <w:name w:val="List Number"/>
    <w:basedOn w:val="Normalny"/>
    <w:uiPriority w:val="99"/>
    <w:unhideWhenUsed/>
    <w:rsid w:val="00326F90"/>
    <w:pPr>
      <w:numPr>
        <w:numId w:val="5"/>
      </w:numPr>
      <w:contextualSpacing/>
    </w:pPr>
  </w:style>
  <w:style w:type="paragraph" w:styleId="Listanumerowana2">
    <w:name w:val="List Number 2"/>
    <w:basedOn w:val="Normalny"/>
    <w:uiPriority w:val="99"/>
    <w:unhideWhenUsed/>
    <w:rsid w:val="0029639D"/>
    <w:pPr>
      <w:numPr>
        <w:numId w:val="6"/>
      </w:numPr>
      <w:contextualSpacing/>
    </w:pPr>
  </w:style>
  <w:style w:type="paragraph" w:styleId="Listanumerowana3">
    <w:name w:val="List Number 3"/>
    <w:basedOn w:val="Normalny"/>
    <w:uiPriority w:val="99"/>
    <w:unhideWhenUsed/>
    <w:rsid w:val="0029639D"/>
    <w:pPr>
      <w:numPr>
        <w:numId w:val="7"/>
      </w:numPr>
      <w:contextualSpacing/>
    </w:pPr>
  </w:style>
  <w:style w:type="paragraph" w:styleId="Lista-kontynuacja">
    <w:name w:val="List Continue"/>
    <w:basedOn w:val="Normalny"/>
    <w:uiPriority w:val="99"/>
    <w:unhideWhenUsed/>
    <w:rsid w:val="0029639D"/>
    <w:pPr>
      <w:spacing w:after="120"/>
      <w:ind w:left="360"/>
      <w:contextualSpacing/>
    </w:pPr>
  </w:style>
  <w:style w:type="paragraph" w:styleId="Lista-kontynuacja2">
    <w:name w:val="List Continue 2"/>
    <w:basedOn w:val="Normalny"/>
    <w:uiPriority w:val="99"/>
    <w:unhideWhenUsed/>
    <w:rsid w:val="0029639D"/>
    <w:pPr>
      <w:spacing w:after="120"/>
      <w:ind w:left="720"/>
      <w:contextualSpacing/>
    </w:pPr>
  </w:style>
  <w:style w:type="paragraph" w:styleId="Lista-kontynuacja3">
    <w:name w:val="List Continue 3"/>
    <w:basedOn w:val="Normalny"/>
    <w:uiPriority w:val="99"/>
    <w:unhideWhenUsed/>
    <w:rsid w:val="0029639D"/>
    <w:pPr>
      <w:spacing w:after="120"/>
      <w:ind w:left="1080"/>
      <w:contextualSpacing/>
    </w:pPr>
  </w:style>
  <w:style w:type="paragraph" w:styleId="Tekstmakra">
    <w:name w:val="macro"/>
    <w:link w:val="TekstmakraZnak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TekstmakraZnak">
    <w:name w:val="Tekst makra Znak"/>
    <w:basedOn w:val="Domylnaczcionkaakapitu"/>
    <w:link w:val="Tekstmakra"/>
    <w:uiPriority w:val="99"/>
    <w:rsid w:val="0029639D"/>
    <w:rPr>
      <w:rFonts w:ascii="Courier" w:hAnsi="Courier"/>
      <w:sz w:val="20"/>
      <w:szCs w:val="20"/>
    </w:rPr>
  </w:style>
  <w:style w:type="paragraph" w:styleId="Cytat">
    <w:name w:val="Quote"/>
    <w:basedOn w:val="Normalny"/>
    <w:next w:val="Normalny"/>
    <w:link w:val="CytatZnak"/>
    <w:uiPriority w:val="29"/>
    <w:qFormat/>
    <w:rsid w:val="00FC693F"/>
    <w:rPr>
      <w:i/>
      <w:iCs/>
      <w:color w:val="000000" w:themeColor="text1"/>
    </w:rPr>
  </w:style>
  <w:style w:type="character" w:customStyle="1" w:styleId="CytatZnak">
    <w:name w:val="Cytat Znak"/>
    <w:basedOn w:val="Domylnaczcionkaakapitu"/>
    <w:link w:val="Cytat"/>
    <w:uiPriority w:val="29"/>
    <w:rsid w:val="00FC693F"/>
    <w:rPr>
      <w:i/>
      <w:iCs/>
      <w:color w:val="000000" w:themeColor="text1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Legenda">
    <w:name w:val="caption"/>
    <w:basedOn w:val="Normalny"/>
    <w:next w:val="Normalny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Pogrubienie">
    <w:name w:val="Strong"/>
    <w:basedOn w:val="Domylnaczcionkaakapitu"/>
    <w:uiPriority w:val="22"/>
    <w:qFormat/>
    <w:rsid w:val="00FC693F"/>
    <w:rPr>
      <w:b/>
      <w:bCs/>
    </w:rPr>
  </w:style>
  <w:style w:type="character" w:styleId="Uwydatnienie">
    <w:name w:val="Emphasis"/>
    <w:basedOn w:val="Domylnaczcionkaakapitu"/>
    <w:uiPriority w:val="20"/>
    <w:qFormat/>
    <w:rsid w:val="00FC693F"/>
    <w:rPr>
      <w:i/>
      <w:iCs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FC693F"/>
    <w:rPr>
      <w:b/>
      <w:bCs/>
      <w:i/>
      <w:iCs/>
      <w:color w:val="4F81BD" w:themeColor="accent1"/>
    </w:rPr>
  </w:style>
  <w:style w:type="character" w:styleId="Wyrnieniedelikatne">
    <w:name w:val="Subtle Emphasis"/>
    <w:basedOn w:val="Domylnaczcionkaakapitu"/>
    <w:uiPriority w:val="19"/>
    <w:qFormat/>
    <w:rsid w:val="00FC693F"/>
    <w:rPr>
      <w:i/>
      <w:iCs/>
      <w:color w:val="808080" w:themeColor="text1" w:themeTint="7F"/>
    </w:rPr>
  </w:style>
  <w:style w:type="character" w:styleId="Wyrnienieintensywne">
    <w:name w:val="Intense Emphasis"/>
    <w:basedOn w:val="Domylnaczcionkaakapitu"/>
    <w:uiPriority w:val="21"/>
    <w:qFormat/>
    <w:rsid w:val="00FC693F"/>
    <w:rPr>
      <w:b/>
      <w:bCs/>
      <w:i/>
      <w:iCs/>
      <w:color w:val="4F81BD" w:themeColor="accent1"/>
    </w:rPr>
  </w:style>
  <w:style w:type="character" w:styleId="Odwoaniedelikatne">
    <w:name w:val="Subtle Reference"/>
    <w:basedOn w:val="Domylnaczcionkaakapitu"/>
    <w:uiPriority w:val="31"/>
    <w:qFormat/>
    <w:rsid w:val="00FC693F"/>
    <w:rPr>
      <w:smallCaps/>
      <w:color w:val="C0504D" w:themeColor="accent2"/>
      <w:u w:val="single"/>
    </w:rPr>
  </w:style>
  <w:style w:type="character" w:styleId="Odwoanieintensywne">
    <w:name w:val="Intense Reference"/>
    <w:basedOn w:val="Domylnaczcionkaakapitu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Tytuksiki">
    <w:name w:val="Book Title"/>
    <w:basedOn w:val="Domylnaczcionkaakapitu"/>
    <w:uiPriority w:val="33"/>
    <w:qFormat/>
    <w:rsid w:val="00FC693F"/>
    <w:rPr>
      <w:b/>
      <w:bCs/>
      <w:smallCaps/>
      <w:spacing w:val="5"/>
    </w:rPr>
  </w:style>
  <w:style w:type="paragraph" w:styleId="Nagwekspisutreci">
    <w:name w:val="TOC Heading"/>
    <w:basedOn w:val="Nagwek1"/>
    <w:next w:val="Normalny"/>
    <w:uiPriority w:val="39"/>
    <w:semiHidden/>
    <w:unhideWhenUsed/>
    <w:qFormat/>
    <w:rsid w:val="00FC693F"/>
    <w:pPr>
      <w:outlineLvl w:val="9"/>
    </w:pPr>
  </w:style>
  <w:style w:type="table" w:styleId="Tabela-Siatka">
    <w:name w:val="Table Grid"/>
    <w:basedOn w:val="Standardowy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Jasnecieniowanie">
    <w:name w:val="Light Shading"/>
    <w:basedOn w:val="Standardowy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Jasnecieniowanieakcent1">
    <w:name w:val="Light Shading Accent 1"/>
    <w:basedOn w:val="Standardowy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Jasnecieniowanieakcent2">
    <w:name w:val="Light Shading Accent 2"/>
    <w:basedOn w:val="Standardowy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Jasnecieniowanieakcent3">
    <w:name w:val="Light Shading Accent 3"/>
    <w:basedOn w:val="Standardowy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Jasnecieniowanieakcent4">
    <w:name w:val="Light Shading Accent 4"/>
    <w:basedOn w:val="Standardowy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Jasnecieniowanieakcent5">
    <w:name w:val="Light Shading Accent 5"/>
    <w:basedOn w:val="Standardowy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Jasnecieniowanieakcent6">
    <w:name w:val="Light Shading Accent 6"/>
    <w:basedOn w:val="Standardowy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Jasnalista">
    <w:name w:val="Light List"/>
    <w:basedOn w:val="Standardowy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Jasnalistaakcent1">
    <w:name w:val="Light List Accent 1"/>
    <w:basedOn w:val="Standardowy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Jasnalistaakcent2">
    <w:name w:val="Light List Accent 2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Jasnalistaakcent3">
    <w:name w:val="Light List Accent 3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Jasnalistaakcent4">
    <w:name w:val="Light List Accent 4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Jasnalistaakcent5">
    <w:name w:val="Light List Accent 5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Jasnalistaakcent6">
    <w:name w:val="Light List Accent 6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Jasnasiatka">
    <w:name w:val="Light Grid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Jasnasiatkaakcent1">
    <w:name w:val="Light Grid Accent 1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Jasnasiatkaakcent2">
    <w:name w:val="Light Grid Accent 2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Jasnasiatkaakcent3">
    <w:name w:val="Light Grid Accent 3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Jasnasiatkaakcent4">
    <w:name w:val="Light Grid Accent 4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Jasnasiatkaakcent5">
    <w:name w:val="Light Grid Accent 5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Jasnasiatkaakcent6">
    <w:name w:val="Light Grid Accent 6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redniecieniowanie1">
    <w:name w:val="Medium Shading 1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1">
    <w:name w:val="Medium Shading 1 Accent 1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2">
    <w:name w:val="Medium Shading 1 Accent 2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3">
    <w:name w:val="Medium Shading 1 Accent 3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4">
    <w:name w:val="Medium Shading 1 Accent 4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5">
    <w:name w:val="Medium Shading 1 Accent 5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6">
    <w:name w:val="Medium Shading 1 Accent 6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2">
    <w:name w:val="Medium Shading 2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1">
    <w:name w:val="Medium Shading 2 Accent 1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2">
    <w:name w:val="Medium Shading 2 Accent 2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3">
    <w:name w:val="Medium Shading 2 Accent 3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4">
    <w:name w:val="Medium Shading 2 Accent 4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5">
    <w:name w:val="Medium Shading 2 Accent 5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6">
    <w:name w:val="Medium Shading 2 Accent 6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alista1">
    <w:name w:val="Medium List 1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rednialista1akcent1">
    <w:name w:val="Medium List 1 Accent 1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rednialista1akcent2">
    <w:name w:val="Medium List 1 Accent 2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rednialista1akcent3">
    <w:name w:val="Medium List 1 Accent 3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rednialista1akcent4">
    <w:name w:val="Medium List 1 Accent 4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rednialista1akcent5">
    <w:name w:val="Medium List 1 Accent 5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rednialista1akcent6">
    <w:name w:val="Medium List 1 Accent 6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rednialista2">
    <w:name w:val="Medium List 2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1">
    <w:name w:val="Medium List 2 Accent 1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2">
    <w:name w:val="Medium List 2 Accent 2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3">
    <w:name w:val="Medium List 2 Accent 3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4">
    <w:name w:val="Medium List 2 Accent 4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5">
    <w:name w:val="Medium List 2 Accent 5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6">
    <w:name w:val="Medium List 2 Accent 6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siatka1">
    <w:name w:val="Medium Grid 1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redniasiatka1akcent1">
    <w:name w:val="Medium Grid 1 Accent 1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redniasiatka1akcent2">
    <w:name w:val="Medium Grid 1 Accent 2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redniasiatka1akcent3">
    <w:name w:val="Medium Grid 1 Accent 3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redniasiatka1akcent4">
    <w:name w:val="Medium Grid 1 Accent 4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redniasiatka1akcent5">
    <w:name w:val="Medium Grid 1 Accent 5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redniasiatka1akcent6">
    <w:name w:val="Medium Grid 1 Accent 6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redniasiatka2">
    <w:name w:val="Medium Grid 2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1">
    <w:name w:val="Medium Grid 2 Accent 1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2">
    <w:name w:val="Medium Grid 2 Accent 2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3">
    <w:name w:val="Medium Grid 2 Accent 3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4">
    <w:name w:val="Medium Grid 2 Accent 4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5">
    <w:name w:val="Medium Grid 2 Accent 5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6">
    <w:name w:val="Medium Grid 2 Accent 6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3">
    <w:name w:val="Medium Grid 3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redniasiatka3akcent1">
    <w:name w:val="Medium Grid 3 Accent 1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redniasiatka3akcent2">
    <w:name w:val="Medium Grid 3 Accent 2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redniasiatka3akcent3">
    <w:name w:val="Medium Grid 3 Accent 3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redniasiatka3akcent4">
    <w:name w:val="Medium Grid 3 Accent 4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redniasiatka3akcent5">
    <w:name w:val="Medium Grid 3 Accent 5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redniasiatka3akcent6">
    <w:name w:val="Medium Grid 3 Accent 6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Ciemnalista">
    <w:name w:val="Dark List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Ciemnalista2akcent1">
    <w:name w:val="Dark List Accent 1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Ciemnalistaakcent2">
    <w:name w:val="Dark List Accent 2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Ciemnalistaakcent3">
    <w:name w:val="Dark List Accent 3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Ciemnalistaakcent4">
    <w:name w:val="Dark List Accent 4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Ciemnalistaakcent5">
    <w:name w:val="Dark List Accent 5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Ciemnalistaakcent6">
    <w:name w:val="Dark List Accent 6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Kolorowecieniowanie">
    <w:name w:val="Colorful Shading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1">
    <w:name w:val="Colorful Shading Accent 1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2">
    <w:name w:val="Colorful Shading Accent 2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3">
    <w:name w:val="Colorful Shading Accent 3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Kolorowecieniowanieakcent4">
    <w:name w:val="Colorful Shading Accent 4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5">
    <w:name w:val="Colorful Shading Accent 5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6">
    <w:name w:val="Colorful Shading Accent 6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alista">
    <w:name w:val="Colorful List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Kolorowalistaakcent1">
    <w:name w:val="Colorful List Accent 1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Kolorowalistaakcent2">
    <w:name w:val="Colorful List Accent 2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Kolorowalistaakcent3">
    <w:name w:val="Colorful List Accent 3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Kolorowalistaakcent4">
    <w:name w:val="Colorful List Accent 4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Kolorowalistaakcent5">
    <w:name w:val="Colorful List Accent 5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Kolorowalistaakcent6">
    <w:name w:val="Colorful List Accent 6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Kolorowasiatka">
    <w:name w:val="Colorful Grid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Kolorowasiatkaakcent1">
    <w:name w:val="Colorful Grid Accent 1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Kolorowasiatkaakcent2">
    <w:name w:val="Colorful Grid Accent 2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Kolorowasiatkaakcent3">
    <w:name w:val="Colorful Grid Accent 3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Kolorowasiatkaakcent4">
    <w:name w:val="Colorful Grid Accent 4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Kolorowasiatkaakcent5">
    <w:name w:val="Colorful Grid Accent 5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Kolorowasiatkaakcent6">
    <w:name w:val="Colorful Grid Accent 6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55</Words>
  <Characters>401</Characters>
  <Application>Microsoft Office Word</Application>
  <DocSecurity>0</DocSecurity>
  <Lines>44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440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damian b</cp:lastModifiedBy>
  <cp:revision>2</cp:revision>
  <dcterms:created xsi:type="dcterms:W3CDTF">2013-12-23T23:15:00Z</dcterms:created>
  <dcterms:modified xsi:type="dcterms:W3CDTF">2026-08-20T16:57:00Z</dcterms:modified>
  <cp:category/>
</cp:coreProperties>
</file>