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72CDDC" w14:textId="77777777" w:rsidR="00A4473D" w:rsidRDefault="00000000">
      <w:pPr>
        <w:jc w:val="right"/>
      </w:pPr>
      <w:r>
        <w:rPr>
          <w:i/>
          <w:sz w:val="18"/>
        </w:rPr>
        <w:t>Załącznik nr 8 do Standardów Ochrony Małoletnich</w:t>
      </w:r>
      <w:r>
        <w:rPr>
          <w:i/>
          <w:sz w:val="18"/>
        </w:rPr>
        <w:br/>
        <w:t>w Żłobku Słoneczko w Żychlinie</w:t>
      </w:r>
    </w:p>
    <w:p w14:paraId="4B75D018" w14:textId="77777777" w:rsidR="003842F3" w:rsidRDefault="003842F3">
      <w:pPr>
        <w:jc w:val="center"/>
        <w:rPr>
          <w:b/>
          <w:sz w:val="28"/>
        </w:rPr>
      </w:pPr>
    </w:p>
    <w:p w14:paraId="47504B6F" w14:textId="40745F38" w:rsidR="00A4473D" w:rsidRDefault="00000000">
      <w:pPr>
        <w:jc w:val="center"/>
      </w:pPr>
      <w:r>
        <w:rPr>
          <w:b/>
          <w:sz w:val="28"/>
        </w:rPr>
        <w:t>SKRÓCONE ZASADY BEZPIECZEŃSTWA – KOMUNIKATY DLA NAJMŁODSZYCH</w:t>
      </w:r>
    </w:p>
    <w:p w14:paraId="6E6ACB58" w14:textId="77777777" w:rsidR="00A4473D" w:rsidRDefault="00000000">
      <w:r>
        <w:t>W przypadku dzieci w wieku żłobkowym zasady przekazuje się poprzez codzienne, krótkie komunikaty, gesty i konsekwentne zachowanie dorosłych. Przykładowe komunikaty:</w:t>
      </w:r>
    </w:p>
    <w:p w14:paraId="1207F000" w14:textId="77777777" w:rsidR="00A4473D" w:rsidRDefault="00000000">
      <w:pPr>
        <w:pStyle w:val="Listapunktowana"/>
      </w:pPr>
      <w:r>
        <w:t>„Jesteś bezpieczny / bezpieczna.”</w:t>
      </w:r>
    </w:p>
    <w:p w14:paraId="558EDB3C" w14:textId="77777777" w:rsidR="00A4473D" w:rsidRDefault="00000000">
      <w:pPr>
        <w:pStyle w:val="Listapunktowana"/>
      </w:pPr>
      <w:r>
        <w:t>„Możesz powiedzieć: nie.”</w:t>
      </w:r>
    </w:p>
    <w:p w14:paraId="647D5F37" w14:textId="77777777" w:rsidR="00A4473D" w:rsidRDefault="00000000">
      <w:pPr>
        <w:pStyle w:val="Listapunktowana"/>
      </w:pPr>
      <w:r>
        <w:t>„Pokaż mi, jeśli coś boli.”</w:t>
      </w:r>
    </w:p>
    <w:p w14:paraId="38BAB9B1" w14:textId="77777777" w:rsidR="00A4473D" w:rsidRDefault="00000000">
      <w:pPr>
        <w:pStyle w:val="Listapunktowana"/>
      </w:pPr>
      <w:r>
        <w:t>„Widzę, że tego nie chcesz. Pomogę ci.”</w:t>
      </w:r>
    </w:p>
    <w:p w14:paraId="6E7286AD" w14:textId="77777777" w:rsidR="00A4473D" w:rsidRDefault="00000000">
      <w:pPr>
        <w:pStyle w:val="Listapunktowana"/>
      </w:pPr>
      <w:r>
        <w:t>„Nie bijemy. Pomogę wam.”</w:t>
      </w:r>
    </w:p>
    <w:p w14:paraId="3AA590B6" w14:textId="77777777" w:rsidR="00A4473D" w:rsidRDefault="00000000">
      <w:pPr>
        <w:pStyle w:val="Listapunktowana"/>
      </w:pPr>
      <w:r>
        <w:t>„Twoje ciało jest ważne.”</w:t>
      </w:r>
    </w:p>
    <w:p w14:paraId="7CAD6550" w14:textId="77777777" w:rsidR="00A4473D" w:rsidRDefault="00000000">
      <w:pPr>
        <w:pStyle w:val="Listapunktowana"/>
      </w:pPr>
      <w:r>
        <w:t>„Gdy jest ci smutno albo się boisz, przyjdź do opiekuna.”</w:t>
      </w:r>
    </w:p>
    <w:p w14:paraId="2314AE0B" w14:textId="77777777" w:rsidR="00A4473D" w:rsidRDefault="00000000">
      <w:r>
        <w:t>Komunikaty należy dostosować do wieku, rozwoju i sposobu porozumiewania się konkretnego dziecka.</w:t>
      </w:r>
    </w:p>
    <w:sectPr w:rsidR="00A4473D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1598043">
    <w:abstractNumId w:val="8"/>
  </w:num>
  <w:num w:numId="2" w16cid:durableId="1994481835">
    <w:abstractNumId w:val="6"/>
  </w:num>
  <w:num w:numId="3" w16cid:durableId="163980559">
    <w:abstractNumId w:val="5"/>
  </w:num>
  <w:num w:numId="4" w16cid:durableId="553588101">
    <w:abstractNumId w:val="4"/>
  </w:num>
  <w:num w:numId="5" w16cid:durableId="1393384243">
    <w:abstractNumId w:val="7"/>
  </w:num>
  <w:num w:numId="6" w16cid:durableId="1872836011">
    <w:abstractNumId w:val="3"/>
  </w:num>
  <w:num w:numId="7" w16cid:durableId="1550727147">
    <w:abstractNumId w:val="2"/>
  </w:num>
  <w:num w:numId="8" w16cid:durableId="811407731">
    <w:abstractNumId w:val="1"/>
  </w:num>
  <w:num w:numId="9" w16cid:durableId="134043103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42F3"/>
    <w:rsid w:val="004B115D"/>
    <w:rsid w:val="00A4473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50C6D"/>
  <w14:defaultImageDpi w14:val="300"/>
  <w15:docId w15:val="{D1AE8998-4021-5C4E-828A-9EAD9909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556</Characters>
  <Application>Microsoft Office Word</Application>
  <DocSecurity>0</DocSecurity>
  <Lines>13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damian b</cp:lastModifiedBy>
  <cp:revision>2</cp:revision>
  <dcterms:created xsi:type="dcterms:W3CDTF">2013-12-23T23:15:00Z</dcterms:created>
  <dcterms:modified xsi:type="dcterms:W3CDTF">2026-08-20T16:58:00Z</dcterms:modified>
  <cp:category/>
</cp:coreProperties>
</file>